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FC9" w:rsidRDefault="00CC7EE3" w:rsidP="008B25A2">
      <w:pPr>
        <w:pStyle w:val="Heading1"/>
        <w:jc w:val="center"/>
      </w:pPr>
      <w:r>
        <w:t>ДЕКЛАРАЦИЯ ЗА СЪГЛАСИЕ</w:t>
      </w:r>
    </w:p>
    <w:p w:rsidR="00367FC9" w:rsidRDefault="00CC7EE3" w:rsidP="008B25A2">
      <w:pPr>
        <w:jc w:val="center"/>
      </w:pPr>
      <w:r>
        <w:t>от субекта на данните във връзка с Общия регламент за защита на данните (ЕС) 2016/679</w:t>
      </w:r>
    </w:p>
    <w:p w:rsidR="00367FC9" w:rsidRPr="008B25A2" w:rsidRDefault="008B25A2" w:rsidP="008B25A2">
      <w:pPr>
        <w:spacing w:line="240" w:lineRule="auto"/>
        <w:rPr>
          <w:sz w:val="20"/>
          <w:szCs w:val="20"/>
          <w:lang w:val="bg-BG"/>
        </w:rPr>
      </w:pPr>
      <w:r w:rsidRPr="008B25A2">
        <w:rPr>
          <w:sz w:val="20"/>
          <w:szCs w:val="20"/>
          <w:lang w:val="bg-BG"/>
        </w:rPr>
        <w:t>Долуподписаният/ата</w:t>
      </w:r>
    </w:p>
    <w:p w:rsidR="008B25A2" w:rsidRPr="008B25A2" w:rsidRDefault="008B25A2" w:rsidP="008B25A2">
      <w:pPr>
        <w:spacing w:line="240" w:lineRule="auto"/>
        <w:rPr>
          <w:sz w:val="20"/>
          <w:szCs w:val="20"/>
          <w:lang w:val="bg-BG"/>
        </w:rPr>
      </w:pPr>
      <w:r w:rsidRPr="008B25A2">
        <w:rPr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..............................................................................................................................................................................................</w:t>
      </w:r>
    </w:p>
    <w:p w:rsidR="008B25A2" w:rsidRPr="008B25A2" w:rsidRDefault="008B25A2" w:rsidP="008B25A2">
      <w:pPr>
        <w:spacing w:line="240" w:lineRule="auto"/>
        <w:rPr>
          <w:sz w:val="20"/>
          <w:szCs w:val="20"/>
          <w:lang w:val="bg-BG"/>
        </w:rPr>
      </w:pPr>
      <w:r w:rsidRPr="008B25A2">
        <w:rPr>
          <w:sz w:val="20"/>
          <w:szCs w:val="20"/>
          <w:lang w:val="bg-BG"/>
        </w:rPr>
        <w:t>С настоящото декларирам, че давам съгласието си РЦТХ-Варна да обработва следните лични данни – мои и на детето ми, с цел участие в конкурса „Капка доброта“ с негова индивидуална авторска рисунка, в качеството ми на негов родител/настойник.</w:t>
      </w:r>
    </w:p>
    <w:p w:rsidR="00367FC9" w:rsidRPr="00CC7EE3" w:rsidRDefault="00CC7EE3" w:rsidP="008B25A2">
      <w:pPr>
        <w:pStyle w:val="Heading2"/>
        <w:numPr>
          <w:ilvl w:val="0"/>
          <w:numId w:val="10"/>
        </w:numPr>
        <w:spacing w:line="240" w:lineRule="auto"/>
        <w:rPr>
          <w:color w:val="auto"/>
          <w:sz w:val="20"/>
          <w:szCs w:val="20"/>
        </w:rPr>
      </w:pPr>
      <w:bookmarkStart w:id="0" w:name="_GoBack"/>
      <w:bookmarkEnd w:id="0"/>
      <w:proofErr w:type="spellStart"/>
      <w:r w:rsidRPr="00CC7EE3">
        <w:rPr>
          <w:color w:val="auto"/>
          <w:sz w:val="20"/>
          <w:szCs w:val="20"/>
        </w:rPr>
        <w:t>Данни</w:t>
      </w:r>
      <w:proofErr w:type="spellEnd"/>
      <w:r w:rsidRPr="00CC7EE3">
        <w:rPr>
          <w:color w:val="auto"/>
          <w:sz w:val="20"/>
          <w:szCs w:val="20"/>
        </w:rPr>
        <w:t xml:space="preserve"> </w:t>
      </w:r>
      <w:proofErr w:type="spellStart"/>
      <w:r w:rsidRPr="00CC7EE3">
        <w:rPr>
          <w:color w:val="auto"/>
          <w:sz w:val="20"/>
          <w:szCs w:val="20"/>
        </w:rPr>
        <w:t>на</w:t>
      </w:r>
      <w:proofErr w:type="spellEnd"/>
      <w:r w:rsidRPr="00CC7EE3">
        <w:rPr>
          <w:color w:val="auto"/>
          <w:sz w:val="20"/>
          <w:szCs w:val="20"/>
        </w:rPr>
        <w:t xml:space="preserve"> </w:t>
      </w:r>
      <w:r w:rsidR="008B25A2" w:rsidRPr="00CC7EE3">
        <w:rPr>
          <w:color w:val="auto"/>
          <w:sz w:val="20"/>
          <w:szCs w:val="20"/>
          <w:lang w:val="bg-BG"/>
        </w:rPr>
        <w:t>детето</w:t>
      </w:r>
      <w:r w:rsidRPr="00CC7EE3">
        <w:rPr>
          <w:color w:val="auto"/>
          <w:sz w:val="20"/>
          <w:szCs w:val="20"/>
        </w:rPr>
        <w:t xml:space="preserve"> (</w:t>
      </w:r>
      <w:proofErr w:type="spellStart"/>
      <w:r w:rsidRPr="00CC7EE3">
        <w:rPr>
          <w:color w:val="auto"/>
          <w:sz w:val="20"/>
          <w:szCs w:val="20"/>
        </w:rPr>
        <w:t>участника</w:t>
      </w:r>
      <w:proofErr w:type="spellEnd"/>
      <w:r w:rsidRPr="00CC7EE3">
        <w:rPr>
          <w:color w:val="auto"/>
          <w:sz w:val="20"/>
          <w:szCs w:val="20"/>
        </w:rPr>
        <w:t>):</w:t>
      </w:r>
    </w:p>
    <w:p w:rsidR="008B25A2" w:rsidRPr="008B25A2" w:rsidRDefault="008B25A2" w:rsidP="008B25A2">
      <w:pPr>
        <w:spacing w:line="240" w:lineRule="auto"/>
        <w:rPr>
          <w:sz w:val="20"/>
          <w:szCs w:val="20"/>
        </w:rPr>
      </w:pPr>
    </w:p>
    <w:p w:rsidR="00367FC9" w:rsidRPr="008B25A2" w:rsidRDefault="008B25A2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  <w:lang w:val="bg-BG"/>
        </w:rPr>
        <w:t>Три имена</w:t>
      </w:r>
      <w:r w:rsidR="00CC7EE3" w:rsidRPr="008B25A2">
        <w:rPr>
          <w:sz w:val="20"/>
          <w:szCs w:val="20"/>
        </w:rPr>
        <w:t>: .............................................................</w:t>
      </w:r>
    </w:p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 xml:space="preserve">Възраст / клас: </w:t>
      </w:r>
      <w:r w:rsidRPr="008B25A2">
        <w:rPr>
          <w:sz w:val="20"/>
          <w:szCs w:val="20"/>
        </w:rPr>
        <w:t>.............................................................</w:t>
      </w:r>
    </w:p>
    <w:p w:rsidR="00367FC9" w:rsidRPr="008B25A2" w:rsidRDefault="00CC7EE3" w:rsidP="008B25A2">
      <w:pPr>
        <w:spacing w:line="240" w:lineRule="auto"/>
        <w:rPr>
          <w:sz w:val="20"/>
          <w:szCs w:val="20"/>
          <w:lang w:val="bg-BG"/>
        </w:rPr>
      </w:pPr>
      <w:r w:rsidRPr="008B25A2">
        <w:rPr>
          <w:sz w:val="20"/>
          <w:szCs w:val="20"/>
        </w:rPr>
        <w:t>Училище: .............................................................</w:t>
      </w:r>
      <w:r w:rsidR="008B25A2" w:rsidRPr="008B25A2">
        <w:rPr>
          <w:sz w:val="20"/>
          <w:szCs w:val="20"/>
          <w:lang w:val="bg-BG"/>
        </w:rPr>
        <w:t>............</w:t>
      </w:r>
    </w:p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>(</w:t>
      </w:r>
      <w:proofErr w:type="spellStart"/>
      <w:proofErr w:type="gramStart"/>
      <w:r w:rsidRPr="008B25A2">
        <w:rPr>
          <w:sz w:val="20"/>
          <w:szCs w:val="20"/>
        </w:rPr>
        <w:t>ако</w:t>
      </w:r>
      <w:proofErr w:type="spellEnd"/>
      <w:proofErr w:type="gram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участникът</w:t>
      </w:r>
      <w:proofErr w:type="spellEnd"/>
      <w:r w:rsidRPr="008B25A2">
        <w:rPr>
          <w:sz w:val="20"/>
          <w:szCs w:val="20"/>
        </w:rPr>
        <w:t xml:space="preserve"> е </w:t>
      </w:r>
      <w:proofErr w:type="spellStart"/>
      <w:r w:rsidRPr="008B25A2">
        <w:rPr>
          <w:sz w:val="20"/>
          <w:szCs w:val="20"/>
        </w:rPr>
        <w:t>непълнолетен</w:t>
      </w:r>
      <w:proofErr w:type="spellEnd"/>
      <w:r w:rsidRPr="008B25A2">
        <w:rPr>
          <w:sz w:val="20"/>
          <w:szCs w:val="20"/>
        </w:rPr>
        <w:t>, декларацията се попълва от родител/настойник)</w:t>
      </w:r>
    </w:p>
    <w:p w:rsidR="00367FC9" w:rsidRPr="00CC7EE3" w:rsidRDefault="00CC7EE3" w:rsidP="008B25A2">
      <w:pPr>
        <w:pStyle w:val="Heading2"/>
        <w:spacing w:line="240" w:lineRule="auto"/>
        <w:rPr>
          <w:color w:val="auto"/>
          <w:sz w:val="20"/>
          <w:szCs w:val="20"/>
        </w:rPr>
      </w:pPr>
      <w:r w:rsidRPr="00CC7EE3">
        <w:rPr>
          <w:color w:val="auto"/>
          <w:sz w:val="20"/>
          <w:szCs w:val="20"/>
        </w:rPr>
        <w:t xml:space="preserve">II. Данни на </w:t>
      </w:r>
      <w:proofErr w:type="spellStart"/>
      <w:r w:rsidRPr="00CC7EE3">
        <w:rPr>
          <w:color w:val="auto"/>
          <w:sz w:val="20"/>
          <w:szCs w:val="20"/>
        </w:rPr>
        <w:t>родителя</w:t>
      </w:r>
      <w:proofErr w:type="spellEnd"/>
      <w:r w:rsidRPr="00CC7EE3">
        <w:rPr>
          <w:color w:val="auto"/>
          <w:sz w:val="20"/>
          <w:szCs w:val="20"/>
        </w:rPr>
        <w:t>/</w:t>
      </w:r>
      <w:proofErr w:type="spellStart"/>
      <w:r w:rsidRPr="00CC7EE3">
        <w:rPr>
          <w:color w:val="auto"/>
          <w:sz w:val="20"/>
          <w:szCs w:val="20"/>
        </w:rPr>
        <w:t>настойника</w:t>
      </w:r>
      <w:proofErr w:type="spellEnd"/>
      <w:r w:rsidRPr="00CC7EE3">
        <w:rPr>
          <w:color w:val="auto"/>
          <w:sz w:val="20"/>
          <w:szCs w:val="20"/>
        </w:rPr>
        <w:t xml:space="preserve"> (</w:t>
      </w:r>
      <w:proofErr w:type="spellStart"/>
      <w:r w:rsidRPr="00CC7EE3">
        <w:rPr>
          <w:color w:val="auto"/>
          <w:sz w:val="20"/>
          <w:szCs w:val="20"/>
        </w:rPr>
        <w:t>когато</w:t>
      </w:r>
      <w:proofErr w:type="spellEnd"/>
      <w:r w:rsidRPr="00CC7EE3">
        <w:rPr>
          <w:color w:val="auto"/>
          <w:sz w:val="20"/>
          <w:szCs w:val="20"/>
        </w:rPr>
        <w:t xml:space="preserve"> е </w:t>
      </w:r>
      <w:proofErr w:type="spellStart"/>
      <w:r w:rsidRPr="00CC7EE3">
        <w:rPr>
          <w:color w:val="auto"/>
          <w:sz w:val="20"/>
          <w:szCs w:val="20"/>
        </w:rPr>
        <w:t>пр</w:t>
      </w:r>
      <w:r w:rsidRPr="00CC7EE3">
        <w:rPr>
          <w:color w:val="auto"/>
          <w:sz w:val="20"/>
          <w:szCs w:val="20"/>
        </w:rPr>
        <w:t>иложимо</w:t>
      </w:r>
      <w:proofErr w:type="spellEnd"/>
      <w:r w:rsidRPr="00CC7EE3">
        <w:rPr>
          <w:color w:val="auto"/>
          <w:sz w:val="20"/>
          <w:szCs w:val="20"/>
        </w:rPr>
        <w:t>):</w:t>
      </w:r>
    </w:p>
    <w:p w:rsidR="008B25A2" w:rsidRPr="008B25A2" w:rsidRDefault="008B25A2" w:rsidP="008B25A2">
      <w:pPr>
        <w:spacing w:line="240" w:lineRule="auto"/>
        <w:rPr>
          <w:sz w:val="20"/>
          <w:szCs w:val="20"/>
        </w:rPr>
      </w:pPr>
    </w:p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>Име и фамилия: .............................................................</w:t>
      </w:r>
    </w:p>
    <w:p w:rsidR="008B25A2" w:rsidRPr="008B25A2" w:rsidRDefault="008B25A2" w:rsidP="008B25A2">
      <w:pPr>
        <w:spacing w:line="240" w:lineRule="auto"/>
        <w:rPr>
          <w:sz w:val="20"/>
          <w:szCs w:val="20"/>
          <w:lang w:val="bg-BG"/>
        </w:rPr>
      </w:pPr>
      <w:proofErr w:type="spellStart"/>
      <w:r w:rsidRPr="008B25A2">
        <w:rPr>
          <w:sz w:val="20"/>
          <w:szCs w:val="20"/>
        </w:rPr>
        <w:t>Телефон</w:t>
      </w:r>
      <w:proofErr w:type="spellEnd"/>
      <w:r w:rsidRPr="008B25A2">
        <w:rPr>
          <w:sz w:val="20"/>
          <w:szCs w:val="20"/>
          <w:lang w:val="bg-BG"/>
        </w:rPr>
        <w:t xml:space="preserve"> на родител/</w:t>
      </w:r>
      <w:proofErr w:type="gramStart"/>
      <w:r w:rsidRPr="008B25A2">
        <w:rPr>
          <w:sz w:val="20"/>
          <w:szCs w:val="20"/>
          <w:lang w:val="bg-BG"/>
        </w:rPr>
        <w:t>настойник ......................................</w:t>
      </w:r>
      <w:proofErr w:type="gramEnd"/>
    </w:p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proofErr w:type="gramStart"/>
      <w:r w:rsidRPr="008B25A2">
        <w:rPr>
          <w:sz w:val="20"/>
          <w:szCs w:val="20"/>
        </w:rPr>
        <w:t>e-mail</w:t>
      </w:r>
      <w:proofErr w:type="gram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за</w:t>
      </w:r>
      <w:proofErr w:type="spell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контакт</w:t>
      </w:r>
      <w:proofErr w:type="spellEnd"/>
      <w:r w:rsidRPr="008B25A2">
        <w:rPr>
          <w:sz w:val="20"/>
          <w:szCs w:val="20"/>
        </w:rPr>
        <w:t>: ......................................................</w:t>
      </w:r>
    </w:p>
    <w:p w:rsidR="00367FC9" w:rsidRPr="00CC7EE3" w:rsidRDefault="00CC7EE3" w:rsidP="008B25A2">
      <w:pPr>
        <w:pStyle w:val="Heading2"/>
        <w:spacing w:line="240" w:lineRule="auto"/>
        <w:rPr>
          <w:color w:val="auto"/>
          <w:sz w:val="20"/>
          <w:szCs w:val="20"/>
        </w:rPr>
      </w:pPr>
      <w:r w:rsidRPr="00CC7EE3">
        <w:rPr>
          <w:color w:val="auto"/>
          <w:sz w:val="20"/>
          <w:szCs w:val="20"/>
        </w:rPr>
        <w:t>III. Съгласие за обработване на лични данни:</w:t>
      </w:r>
    </w:p>
    <w:p w:rsidR="00367FC9" w:rsidRPr="008B25A2" w:rsidRDefault="00CC7EE3" w:rsidP="008B25A2">
      <w:pPr>
        <w:spacing w:after="0"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>С настоящото давам своето доброволно и и</w:t>
      </w:r>
      <w:r w:rsidRPr="008B25A2">
        <w:rPr>
          <w:sz w:val="20"/>
          <w:szCs w:val="20"/>
        </w:rPr>
        <w:t>нформирано съгласие на Регионален център по трансфузионна хематология – Варна (наричан по-долу Администратор на лични данни), да обработва предоставените от мен лични данни на участника във връзка с:</w:t>
      </w:r>
    </w:p>
    <w:p w:rsidR="00367FC9" w:rsidRPr="008B25A2" w:rsidRDefault="00CC7EE3" w:rsidP="008B25A2">
      <w:pPr>
        <w:spacing w:after="0"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 xml:space="preserve">- </w:t>
      </w:r>
      <w:proofErr w:type="gramStart"/>
      <w:r w:rsidRPr="008B25A2">
        <w:rPr>
          <w:sz w:val="20"/>
          <w:szCs w:val="20"/>
        </w:rPr>
        <w:t>участие</w:t>
      </w:r>
      <w:proofErr w:type="gramEnd"/>
      <w:r w:rsidRPr="008B25A2">
        <w:rPr>
          <w:sz w:val="20"/>
          <w:szCs w:val="20"/>
        </w:rPr>
        <w:t xml:space="preserve"> в конкурса за детска рисунка „Капка доброта“;</w:t>
      </w:r>
    </w:p>
    <w:p w:rsidR="00367FC9" w:rsidRPr="008B25A2" w:rsidRDefault="00CC7EE3" w:rsidP="008B25A2">
      <w:pPr>
        <w:spacing w:after="0"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 xml:space="preserve">- </w:t>
      </w:r>
      <w:proofErr w:type="gramStart"/>
      <w:r w:rsidRPr="008B25A2">
        <w:rPr>
          <w:sz w:val="20"/>
          <w:szCs w:val="20"/>
        </w:rPr>
        <w:t>организиране</w:t>
      </w:r>
      <w:proofErr w:type="gramEnd"/>
      <w:r w:rsidRPr="008B25A2">
        <w:rPr>
          <w:sz w:val="20"/>
          <w:szCs w:val="20"/>
        </w:rPr>
        <w:t>, оценяване и награждаване на участниците;</w:t>
      </w:r>
    </w:p>
    <w:p w:rsidR="00367FC9" w:rsidRPr="008B25A2" w:rsidRDefault="00CC7EE3" w:rsidP="008B25A2">
      <w:pPr>
        <w:spacing w:after="0"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 xml:space="preserve">- </w:t>
      </w:r>
      <w:proofErr w:type="gramStart"/>
      <w:r w:rsidRPr="008B25A2">
        <w:rPr>
          <w:sz w:val="20"/>
          <w:szCs w:val="20"/>
        </w:rPr>
        <w:t>публикуване</w:t>
      </w:r>
      <w:proofErr w:type="gramEnd"/>
      <w:r w:rsidRPr="008B25A2">
        <w:rPr>
          <w:sz w:val="20"/>
          <w:szCs w:val="20"/>
        </w:rPr>
        <w:t xml:space="preserve"> на резултатите и наградените рисунки в електронни и печатни издания, социални мрежи, медии и на официалния уебсайт на РЦТХ–Варна;</w:t>
      </w:r>
    </w:p>
    <w:p w:rsidR="00367FC9" w:rsidRPr="008B25A2" w:rsidRDefault="00CC7EE3" w:rsidP="008B25A2">
      <w:pPr>
        <w:spacing w:after="0"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 xml:space="preserve">- </w:t>
      </w:r>
      <w:proofErr w:type="gramStart"/>
      <w:r w:rsidRPr="008B25A2">
        <w:rPr>
          <w:sz w:val="20"/>
          <w:szCs w:val="20"/>
        </w:rPr>
        <w:t>съхранение</w:t>
      </w:r>
      <w:proofErr w:type="gramEnd"/>
      <w:r w:rsidRPr="008B25A2">
        <w:rPr>
          <w:sz w:val="20"/>
          <w:szCs w:val="20"/>
        </w:rPr>
        <w:t xml:space="preserve"> на материалите за архивни и отчетни цели, </w:t>
      </w:r>
      <w:r w:rsidRPr="008B25A2">
        <w:rPr>
          <w:sz w:val="20"/>
          <w:szCs w:val="20"/>
        </w:rPr>
        <w:t>свързани с дейността на РЦТХ–Варна.</w:t>
      </w:r>
    </w:p>
    <w:p w:rsidR="00367FC9" w:rsidRPr="00CC7EE3" w:rsidRDefault="00CC7EE3" w:rsidP="008B25A2">
      <w:pPr>
        <w:pStyle w:val="Heading2"/>
        <w:spacing w:line="240" w:lineRule="auto"/>
        <w:rPr>
          <w:color w:val="auto"/>
          <w:sz w:val="20"/>
          <w:szCs w:val="20"/>
        </w:rPr>
      </w:pPr>
      <w:r w:rsidRPr="00CC7EE3">
        <w:rPr>
          <w:color w:val="auto"/>
          <w:sz w:val="20"/>
          <w:szCs w:val="20"/>
        </w:rPr>
        <w:t>IV. Права на субекта на данните:</w:t>
      </w:r>
    </w:p>
    <w:p w:rsidR="00367FC9" w:rsidRPr="008B25A2" w:rsidRDefault="00CC7EE3" w:rsidP="008B25A2">
      <w:pPr>
        <w:spacing w:line="240" w:lineRule="auto"/>
        <w:ind w:right="-858"/>
        <w:rPr>
          <w:sz w:val="20"/>
          <w:szCs w:val="20"/>
        </w:rPr>
      </w:pPr>
      <w:r w:rsidRPr="008B25A2">
        <w:rPr>
          <w:sz w:val="20"/>
          <w:szCs w:val="20"/>
        </w:rPr>
        <w:t>Бях информиран/а, че имам право по всяко време да</w:t>
      </w:r>
      <w:proofErr w:type="gramStart"/>
      <w:r w:rsidRPr="008B25A2">
        <w:rPr>
          <w:sz w:val="20"/>
          <w:szCs w:val="20"/>
        </w:rPr>
        <w:t>:</w:t>
      </w:r>
      <w:proofErr w:type="gramEnd"/>
      <w:r w:rsidRPr="008B25A2">
        <w:rPr>
          <w:sz w:val="20"/>
          <w:szCs w:val="20"/>
        </w:rPr>
        <w:br/>
        <w:t>- оттегля съгласието си;</w:t>
      </w:r>
      <w:r w:rsidRPr="008B25A2">
        <w:rPr>
          <w:sz w:val="20"/>
          <w:szCs w:val="20"/>
        </w:rPr>
        <w:br/>
        <w:t>- поискам достъп, корекция или изтриване на личните данни;</w:t>
      </w:r>
      <w:r w:rsidRPr="008B25A2">
        <w:rPr>
          <w:sz w:val="20"/>
          <w:szCs w:val="20"/>
        </w:rPr>
        <w:br/>
        <w:t xml:space="preserve">- подам жалба до Комисията за защита </w:t>
      </w:r>
      <w:proofErr w:type="spellStart"/>
      <w:r w:rsidRPr="008B25A2">
        <w:rPr>
          <w:sz w:val="20"/>
          <w:szCs w:val="20"/>
        </w:rPr>
        <w:t>на</w:t>
      </w:r>
      <w:proofErr w:type="spell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личните</w:t>
      </w:r>
      <w:proofErr w:type="spell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данн</w:t>
      </w:r>
      <w:r w:rsidR="008B25A2" w:rsidRPr="008B25A2">
        <w:rPr>
          <w:sz w:val="20"/>
          <w:szCs w:val="20"/>
        </w:rPr>
        <w:t>и</w:t>
      </w:r>
      <w:proofErr w:type="spellEnd"/>
      <w:r w:rsidR="008B25A2" w:rsidRPr="008B25A2">
        <w:rPr>
          <w:sz w:val="20"/>
          <w:szCs w:val="20"/>
        </w:rPr>
        <w:t xml:space="preserve"> (КЗЛД).</w:t>
      </w:r>
      <w:r w:rsidRPr="008B25A2">
        <w:rPr>
          <w:sz w:val="20"/>
          <w:szCs w:val="20"/>
        </w:rPr>
        <w:br/>
        <w:t xml:space="preserve">Оттеглянето на съгласието не засяга </w:t>
      </w:r>
      <w:proofErr w:type="spellStart"/>
      <w:r w:rsidRPr="008B25A2">
        <w:rPr>
          <w:sz w:val="20"/>
          <w:szCs w:val="20"/>
        </w:rPr>
        <w:t>законосъобр</w:t>
      </w:r>
      <w:r w:rsidR="008B25A2">
        <w:rPr>
          <w:sz w:val="20"/>
          <w:szCs w:val="20"/>
        </w:rPr>
        <w:t>азността</w:t>
      </w:r>
      <w:proofErr w:type="spellEnd"/>
      <w:r w:rsidR="008B25A2">
        <w:rPr>
          <w:sz w:val="20"/>
          <w:szCs w:val="20"/>
        </w:rPr>
        <w:t xml:space="preserve"> </w:t>
      </w:r>
      <w:proofErr w:type="spellStart"/>
      <w:r w:rsidR="008B25A2">
        <w:rPr>
          <w:sz w:val="20"/>
          <w:szCs w:val="20"/>
        </w:rPr>
        <w:t>на</w:t>
      </w:r>
      <w:proofErr w:type="spellEnd"/>
      <w:r w:rsidR="008B25A2">
        <w:rPr>
          <w:sz w:val="20"/>
          <w:szCs w:val="20"/>
        </w:rPr>
        <w:t xml:space="preserve"> </w:t>
      </w:r>
      <w:proofErr w:type="spellStart"/>
      <w:r w:rsidR="008B25A2">
        <w:rPr>
          <w:sz w:val="20"/>
          <w:szCs w:val="20"/>
        </w:rPr>
        <w:t>обработването</w:t>
      </w:r>
      <w:proofErr w:type="spellEnd"/>
      <w:r w:rsidR="008B25A2">
        <w:rPr>
          <w:sz w:val="20"/>
          <w:szCs w:val="20"/>
        </w:rPr>
        <w:t xml:space="preserve"> </w:t>
      </w:r>
      <w:proofErr w:type="spellStart"/>
      <w:r w:rsidR="008B25A2">
        <w:rPr>
          <w:sz w:val="20"/>
          <w:szCs w:val="20"/>
        </w:rPr>
        <w:t>преди</w:t>
      </w:r>
      <w:proofErr w:type="spellEnd"/>
      <w:r w:rsidR="008B25A2">
        <w:rPr>
          <w:sz w:val="20"/>
          <w:szCs w:val="20"/>
          <w:lang w:val="bg-BG"/>
        </w:rPr>
        <w:t xml:space="preserve"> </w:t>
      </w:r>
      <w:proofErr w:type="spellStart"/>
      <w:r w:rsidRPr="008B25A2">
        <w:rPr>
          <w:sz w:val="20"/>
          <w:szCs w:val="20"/>
        </w:rPr>
        <w:t>оттеглянето</w:t>
      </w:r>
      <w:proofErr w:type="spellEnd"/>
      <w:r w:rsidRPr="008B25A2">
        <w:rPr>
          <w:sz w:val="20"/>
          <w:szCs w:val="20"/>
        </w:rPr>
        <w:t xml:space="preserve"> </w:t>
      </w:r>
      <w:proofErr w:type="spellStart"/>
      <w:r w:rsidRPr="008B25A2">
        <w:rPr>
          <w:sz w:val="20"/>
          <w:szCs w:val="20"/>
        </w:rPr>
        <w:t>му</w:t>
      </w:r>
      <w:proofErr w:type="spellEnd"/>
      <w:r w:rsidRPr="008B25A2">
        <w:rPr>
          <w:sz w:val="20"/>
          <w:szCs w:val="20"/>
        </w:rPr>
        <w:t>.</w:t>
      </w:r>
    </w:p>
    <w:p w:rsidR="00367FC9" w:rsidRPr="00CC7EE3" w:rsidRDefault="00CC7EE3" w:rsidP="008B25A2">
      <w:pPr>
        <w:pStyle w:val="Heading2"/>
        <w:spacing w:line="240" w:lineRule="auto"/>
        <w:rPr>
          <w:color w:val="auto"/>
          <w:sz w:val="20"/>
          <w:szCs w:val="20"/>
        </w:rPr>
      </w:pPr>
      <w:r w:rsidRPr="00CC7EE3">
        <w:rPr>
          <w:color w:val="auto"/>
          <w:sz w:val="20"/>
          <w:szCs w:val="20"/>
        </w:rPr>
        <w:t>V. Срок за съхранение на данните:</w:t>
      </w:r>
    </w:p>
    <w:p w:rsidR="00367FC9" w:rsidRPr="008B25A2" w:rsidRDefault="00CC7EE3" w:rsidP="008B25A2">
      <w:pPr>
        <w:spacing w:line="240" w:lineRule="auto"/>
        <w:jc w:val="both"/>
        <w:rPr>
          <w:sz w:val="20"/>
          <w:szCs w:val="20"/>
        </w:rPr>
      </w:pPr>
      <w:r w:rsidRPr="008B25A2">
        <w:rPr>
          <w:sz w:val="20"/>
          <w:szCs w:val="20"/>
        </w:rPr>
        <w:t>Данните се съхраняват за срок до приключване на конкурса и провеждането на съпътстващите дейности (изложби, публикац</w:t>
      </w:r>
      <w:r w:rsidRPr="008B25A2">
        <w:rPr>
          <w:sz w:val="20"/>
          <w:szCs w:val="20"/>
        </w:rPr>
        <w:t>ии, издаване на календар и др.), след което се архивират при условията на действащото законодателство.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126"/>
      </w:tblGrid>
      <w:tr w:rsidR="008B25A2" w:rsidTr="008B25A2">
        <w:tc>
          <w:tcPr>
            <w:tcW w:w="5070" w:type="dxa"/>
          </w:tcPr>
          <w:p w:rsidR="008B25A2" w:rsidRPr="008B25A2" w:rsidRDefault="008B25A2" w:rsidP="008B25A2">
            <w:pPr>
              <w:rPr>
                <w:lang w:val="bg-BG"/>
              </w:rPr>
            </w:pPr>
            <w:r>
              <w:t>☐</w:t>
            </w:r>
            <w:r>
              <w:rPr>
                <w:lang w:val="bg-BG"/>
              </w:rPr>
              <w:t xml:space="preserve"> Съгласен съм</w:t>
            </w:r>
          </w:p>
        </w:tc>
        <w:tc>
          <w:tcPr>
            <w:tcW w:w="2126" w:type="dxa"/>
          </w:tcPr>
          <w:p w:rsidR="008B25A2" w:rsidRPr="008B25A2" w:rsidRDefault="008B25A2" w:rsidP="008B25A2">
            <w:pPr>
              <w:rPr>
                <w:lang w:val="bg-BG"/>
              </w:rPr>
            </w:pPr>
            <w:r>
              <w:t>☐</w:t>
            </w:r>
            <w:r>
              <w:rPr>
                <w:lang w:val="bg-BG"/>
              </w:rPr>
              <w:t xml:space="preserve">  Не съм съгласен</w:t>
            </w:r>
          </w:p>
        </w:tc>
      </w:tr>
    </w:tbl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</w:rPr>
        <w:br/>
        <w:t>Дата: ……………………..</w:t>
      </w:r>
    </w:p>
    <w:p w:rsidR="00367FC9" w:rsidRPr="008B25A2" w:rsidRDefault="00CC7EE3" w:rsidP="008B25A2">
      <w:pPr>
        <w:spacing w:line="240" w:lineRule="auto"/>
        <w:rPr>
          <w:sz w:val="20"/>
          <w:szCs w:val="20"/>
        </w:rPr>
      </w:pPr>
      <w:r w:rsidRPr="008B25A2">
        <w:rPr>
          <w:sz w:val="20"/>
          <w:szCs w:val="20"/>
        </w:rPr>
        <w:t>Подпис на родител/настойник: ……………………………………….</w:t>
      </w:r>
    </w:p>
    <w:p w:rsidR="00367FC9" w:rsidRPr="008B25A2" w:rsidRDefault="00CC7EE3">
      <w:pPr>
        <w:rPr>
          <w:sz w:val="20"/>
          <w:szCs w:val="20"/>
        </w:rPr>
      </w:pPr>
      <w:r w:rsidRPr="008B25A2">
        <w:rPr>
          <w:sz w:val="20"/>
          <w:szCs w:val="20"/>
        </w:rPr>
        <w:t>(</w:t>
      </w:r>
      <w:proofErr w:type="gramStart"/>
      <w:r w:rsidRPr="008B25A2">
        <w:rPr>
          <w:sz w:val="20"/>
          <w:szCs w:val="20"/>
        </w:rPr>
        <w:t>при</w:t>
      </w:r>
      <w:proofErr w:type="gramEnd"/>
      <w:r w:rsidRPr="008B25A2">
        <w:rPr>
          <w:sz w:val="20"/>
          <w:szCs w:val="20"/>
        </w:rPr>
        <w:t xml:space="preserve"> пълнолетни участници – подпис на самия участник)</w:t>
      </w:r>
    </w:p>
    <w:sectPr w:rsidR="00367FC9" w:rsidRPr="008B25A2" w:rsidSect="008B25A2">
      <w:pgSz w:w="12240" w:h="15840"/>
      <w:pgMar w:top="142" w:right="180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22587C"/>
    <w:multiLevelType w:val="hybridMultilevel"/>
    <w:tmpl w:val="DC846C80"/>
    <w:lvl w:ilvl="0" w:tplc="2BC0A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7FC9"/>
    <w:rsid w:val="008B25A2"/>
    <w:rsid w:val="00AA1D8D"/>
    <w:rsid w:val="00B47730"/>
    <w:rsid w:val="00CB0664"/>
    <w:rsid w:val="00CC7E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2988D"/>
  <w14:defaultImageDpi w14:val="300"/>
  <w15:docId w15:val="{1AAD3F88-CC41-4262-A254-570BAD88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E61707-6AFA-4005-9CF1-F3D261AB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Mirela</cp:lastModifiedBy>
  <cp:revision>2</cp:revision>
  <dcterms:created xsi:type="dcterms:W3CDTF">2013-12-23T23:15:00Z</dcterms:created>
  <dcterms:modified xsi:type="dcterms:W3CDTF">2025-10-22T07:56:00Z</dcterms:modified>
  <cp:category/>
</cp:coreProperties>
</file>